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6C6CA" w14:textId="77777777" w:rsidR="00F96F05" w:rsidRPr="004A0308" w:rsidRDefault="00000000">
      <w:pPr>
        <w:pStyle w:val="Title"/>
        <w:spacing w:after="80"/>
        <w:jc w:val="center"/>
        <w:rPr>
          <w:rFonts w:ascii="Lucida Calligraphy" w:hAnsi="Lucida Calligraphy"/>
        </w:rPr>
      </w:pPr>
      <w:r w:rsidRPr="004A0308">
        <w:rPr>
          <w:rFonts w:ascii="Lucida Calligraphy" w:hAnsi="Lucida Calligraphy"/>
        </w:rPr>
        <w:t>JCDMBA Pastors</w:t>
      </w:r>
    </w:p>
    <w:p w14:paraId="60A52174" w14:textId="77777777" w:rsidR="00F96F05" w:rsidRPr="004A0308" w:rsidRDefault="00000000">
      <w:pPr>
        <w:spacing w:after="200"/>
        <w:jc w:val="center"/>
        <w:rPr>
          <w:rFonts w:ascii="Lucida Calligraphy" w:hAnsi="Lucida Calligraphy"/>
        </w:rPr>
      </w:pPr>
      <w:r w:rsidRPr="004A0308">
        <w:rPr>
          <w:rFonts w:ascii="Lucida Calligraphy" w:hAnsi="Lucida Calligraphy"/>
          <w:color w:val="665D6E"/>
          <w:sz w:val="20"/>
        </w:rPr>
        <w:t>Jefferson County District Missionary Baptist Association</w:t>
      </w:r>
    </w:p>
    <w:p w14:paraId="3A014977" w14:textId="77777777" w:rsidR="00F96F05" w:rsidRDefault="00F96F05">
      <w:pPr>
        <w:spacing w:line="211" w:lineRule="exact"/>
      </w:pPr>
    </w:p>
    <w:p w14:paraId="5E6C2A67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20" w:lineRule="exact"/>
      </w:pPr>
      <w:r>
        <w:tab/>
      </w:r>
      <w:r>
        <w:rPr>
          <w:b/>
          <w:sz w:val="20"/>
        </w:rPr>
        <w:t>Whayman Fairbanks</w:t>
      </w:r>
      <w:r>
        <w:tab/>
      </w:r>
      <w:r>
        <w:rPr>
          <w:b/>
          <w:sz w:val="20"/>
        </w:rPr>
        <w:t>Calvin L. Bell, Sr.</w:t>
      </w:r>
      <w:r>
        <w:tab/>
      </w:r>
      <w:r>
        <w:rPr>
          <w:b/>
          <w:sz w:val="20"/>
        </w:rPr>
        <w:t>Eugene Warren, III</w:t>
      </w:r>
    </w:p>
    <w:p w14:paraId="76A398E4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color w:val="593777"/>
          <w:sz w:val="16"/>
        </w:rPr>
        <w:t>whaymanfairbanks@jcdmba.org</w:t>
      </w:r>
      <w:r>
        <w:tab/>
      </w:r>
      <w:r>
        <w:rPr>
          <w:color w:val="593777"/>
          <w:sz w:val="16"/>
        </w:rPr>
        <w:t>calvinbell@jcdmba.org</w:t>
      </w:r>
      <w:r>
        <w:tab/>
      </w:r>
      <w:r>
        <w:rPr>
          <w:color w:val="593777"/>
          <w:sz w:val="16"/>
        </w:rPr>
        <w:t>eugenewarren@jcdmba.org</w:t>
      </w:r>
    </w:p>
    <w:p w14:paraId="7D2D5D1C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i/>
          <w:sz w:val="18"/>
        </w:rPr>
        <w:t>Antioch MBC</w:t>
      </w:r>
      <w:r>
        <w:tab/>
      </w:r>
      <w:r>
        <w:rPr>
          <w:i/>
          <w:sz w:val="18"/>
        </w:rPr>
        <w:t>Bethel MBC</w:t>
      </w:r>
      <w:r>
        <w:tab/>
      </w:r>
      <w:r>
        <w:rPr>
          <w:i/>
          <w:sz w:val="18"/>
        </w:rPr>
        <w:t>Beulah MBC</w:t>
      </w:r>
    </w:p>
    <w:p w14:paraId="5059E5CB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1829 16th Way North</w:t>
      </w:r>
      <w:r>
        <w:tab/>
      </w:r>
      <w:r>
        <w:rPr>
          <w:sz w:val="18"/>
        </w:rPr>
        <w:t>2902 5th Avenue North</w:t>
      </w:r>
      <w:r>
        <w:tab/>
      </w:r>
      <w:r>
        <w:rPr>
          <w:sz w:val="18"/>
        </w:rPr>
        <w:t>1022 2nd Avenue North</w:t>
      </w:r>
    </w:p>
    <w:p w14:paraId="23D188DF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Bessemer, AL 35020</w:t>
      </w:r>
      <w:r>
        <w:tab/>
      </w:r>
      <w:r>
        <w:rPr>
          <w:sz w:val="18"/>
        </w:rPr>
        <w:t>Bessemer, AL 35020</w:t>
      </w:r>
      <w:r>
        <w:tab/>
      </w:r>
      <w:r>
        <w:rPr>
          <w:sz w:val="18"/>
        </w:rPr>
        <w:t>Bessemer, AL 35020</w:t>
      </w:r>
    </w:p>
    <w:p w14:paraId="387C8A9C" w14:textId="77777777" w:rsidR="00F96F05" w:rsidRDefault="00000000">
      <w:pPr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205-425-6741</w:t>
      </w:r>
      <w:r>
        <w:tab/>
      </w:r>
      <w:r>
        <w:rPr>
          <w:sz w:val="18"/>
        </w:rPr>
        <w:t>205-428-8343</w:t>
      </w:r>
      <w:r>
        <w:tab/>
      </w:r>
      <w:r>
        <w:rPr>
          <w:sz w:val="18"/>
        </w:rPr>
        <w:t>205-424-0861</w:t>
      </w:r>
    </w:p>
    <w:p w14:paraId="1CDE53F9" w14:textId="77777777" w:rsidR="00F96F05" w:rsidRDefault="00F96F05">
      <w:pPr>
        <w:spacing w:line="211" w:lineRule="exact"/>
      </w:pPr>
    </w:p>
    <w:p w14:paraId="18482E02" w14:textId="77777777" w:rsidR="00F96F05" w:rsidRDefault="00F96F05">
      <w:pPr>
        <w:spacing w:line="211" w:lineRule="exact"/>
      </w:pPr>
    </w:p>
    <w:p w14:paraId="2419BF32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20" w:lineRule="exact"/>
      </w:pPr>
      <w:r>
        <w:tab/>
      </w:r>
      <w:r>
        <w:rPr>
          <w:b/>
          <w:sz w:val="20"/>
        </w:rPr>
        <w:t>VACANT</w:t>
      </w:r>
      <w:r>
        <w:tab/>
      </w:r>
      <w:r>
        <w:rPr>
          <w:b/>
          <w:sz w:val="20"/>
        </w:rPr>
        <w:t>Sylvester Henderson</w:t>
      </w:r>
      <w:r>
        <w:tab/>
      </w:r>
      <w:r>
        <w:rPr>
          <w:b/>
          <w:sz w:val="20"/>
        </w:rPr>
        <w:t>Kevin Bell</w:t>
      </w:r>
    </w:p>
    <w:p w14:paraId="0AC8AB0C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 w:rsidRPr="004A0308">
        <w:rPr>
          <w:color w:val="FFFFFF" w:themeColor="background1"/>
          <w:sz w:val="16"/>
        </w:rPr>
        <w:t>leonmay@jcdmba.org</w:t>
      </w:r>
      <w:r>
        <w:tab/>
      </w:r>
      <w:r>
        <w:rPr>
          <w:color w:val="593777"/>
          <w:sz w:val="16"/>
        </w:rPr>
        <w:t>sylvesterhenderson@jcdmba.org</w:t>
      </w:r>
      <w:r>
        <w:tab/>
      </w:r>
      <w:r>
        <w:rPr>
          <w:color w:val="593777"/>
          <w:sz w:val="16"/>
        </w:rPr>
        <w:t>kevinbell@jcdmba.org</w:t>
      </w:r>
    </w:p>
    <w:p w14:paraId="4F56A295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i/>
          <w:sz w:val="18"/>
        </w:rPr>
        <w:t>Beulah MBC (Birmingham)</w:t>
      </w:r>
      <w:r>
        <w:tab/>
      </w:r>
      <w:r>
        <w:rPr>
          <w:i/>
          <w:sz w:val="18"/>
        </w:rPr>
        <w:t>Ebenezer MBC</w:t>
      </w:r>
      <w:r>
        <w:tab/>
      </w:r>
      <w:r>
        <w:rPr>
          <w:i/>
          <w:sz w:val="18"/>
        </w:rPr>
        <w:t>First MBC (9th Street)</w:t>
      </w:r>
    </w:p>
    <w:p w14:paraId="49A802F3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1616 8th Avenue North</w:t>
      </w:r>
      <w:r>
        <w:tab/>
      </w:r>
      <w:r>
        <w:rPr>
          <w:sz w:val="18"/>
        </w:rPr>
        <w:t>726 5th Avenue North</w:t>
      </w:r>
      <w:r>
        <w:tab/>
      </w:r>
      <w:r>
        <w:rPr>
          <w:sz w:val="18"/>
        </w:rPr>
        <w:t>109 9th Street North</w:t>
      </w:r>
    </w:p>
    <w:p w14:paraId="4D85EF6E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Birmingham, AL 35023</w:t>
      </w:r>
      <w:r>
        <w:tab/>
      </w:r>
      <w:r>
        <w:rPr>
          <w:sz w:val="18"/>
        </w:rPr>
        <w:t>Bessemer, AL 35020</w:t>
      </w:r>
      <w:r>
        <w:tab/>
      </w:r>
      <w:r>
        <w:rPr>
          <w:sz w:val="18"/>
        </w:rPr>
        <w:t>Bessemer, AL 35020</w:t>
      </w:r>
    </w:p>
    <w:p w14:paraId="263F2FEC" w14:textId="77777777" w:rsidR="00F96F05" w:rsidRDefault="00000000">
      <w:pPr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205-322-8371</w:t>
      </w:r>
      <w:r>
        <w:tab/>
      </w:r>
      <w:r>
        <w:rPr>
          <w:sz w:val="18"/>
        </w:rPr>
        <w:t>205-425-2829</w:t>
      </w:r>
      <w:r>
        <w:tab/>
      </w:r>
      <w:r>
        <w:rPr>
          <w:sz w:val="18"/>
        </w:rPr>
        <w:t>205-424-2460</w:t>
      </w:r>
    </w:p>
    <w:p w14:paraId="611E25DB" w14:textId="77777777" w:rsidR="00F96F05" w:rsidRDefault="00F96F05">
      <w:pPr>
        <w:spacing w:line="211" w:lineRule="exact"/>
      </w:pPr>
    </w:p>
    <w:p w14:paraId="5C9F3A71" w14:textId="77777777" w:rsidR="00F96F05" w:rsidRDefault="00F96F05">
      <w:pPr>
        <w:spacing w:line="211" w:lineRule="exact"/>
      </w:pPr>
    </w:p>
    <w:p w14:paraId="6391F2DD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20" w:lineRule="exact"/>
      </w:pPr>
      <w:r>
        <w:tab/>
      </w:r>
      <w:r>
        <w:rPr>
          <w:b/>
          <w:sz w:val="20"/>
        </w:rPr>
        <w:t>Erwin Luster</w:t>
      </w:r>
      <w:r>
        <w:tab/>
      </w:r>
      <w:r>
        <w:rPr>
          <w:b/>
          <w:sz w:val="20"/>
        </w:rPr>
        <w:t>DeAyrus Smith</w:t>
      </w:r>
      <w:r>
        <w:tab/>
      </w:r>
      <w:r>
        <w:rPr>
          <w:b/>
          <w:sz w:val="20"/>
        </w:rPr>
        <w:t>Wayne Little</w:t>
      </w:r>
    </w:p>
    <w:p w14:paraId="711F051D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color w:val="593777"/>
          <w:sz w:val="16"/>
        </w:rPr>
        <w:t>erwinluster@jcdmba.org</w:t>
      </w:r>
      <w:r>
        <w:tab/>
      </w:r>
      <w:r>
        <w:rPr>
          <w:color w:val="593777"/>
          <w:sz w:val="16"/>
        </w:rPr>
        <w:t>deayrussmith@jcdmba.org</w:t>
      </w:r>
      <w:r>
        <w:tab/>
      </w:r>
      <w:r>
        <w:rPr>
          <w:color w:val="593777"/>
          <w:sz w:val="16"/>
        </w:rPr>
        <w:t>waynelittle@jcdmba.org</w:t>
      </w:r>
    </w:p>
    <w:p w14:paraId="4E141AE7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i/>
          <w:sz w:val="18"/>
        </w:rPr>
        <w:t>First MBC (Brighton)</w:t>
      </w:r>
      <w:r>
        <w:tab/>
      </w:r>
      <w:r>
        <w:rPr>
          <w:i/>
          <w:sz w:val="18"/>
        </w:rPr>
        <w:t>First MBC (Carver)</w:t>
      </w:r>
      <w:r>
        <w:tab/>
      </w:r>
      <w:r>
        <w:rPr>
          <w:i/>
          <w:sz w:val="18"/>
        </w:rPr>
        <w:t>First MBC (East Bessemer)</w:t>
      </w:r>
    </w:p>
    <w:p w14:paraId="7458E303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1430 Fielding Street</w:t>
      </w:r>
      <w:r>
        <w:tab/>
      </w:r>
      <w:r>
        <w:rPr>
          <w:sz w:val="18"/>
        </w:rPr>
        <w:t>1300 23rd Street North</w:t>
      </w:r>
      <w:r>
        <w:tab/>
      </w:r>
      <w:r>
        <w:rPr>
          <w:sz w:val="18"/>
        </w:rPr>
        <w:t>3101 Fairfax Avenue</w:t>
      </w:r>
    </w:p>
    <w:p w14:paraId="1109D4CA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Brighton, AL 35020</w:t>
      </w:r>
      <w:r>
        <w:tab/>
      </w:r>
      <w:r>
        <w:rPr>
          <w:sz w:val="18"/>
        </w:rPr>
        <w:t>Bessemer, AL 35020</w:t>
      </w:r>
      <w:r>
        <w:tab/>
      </w:r>
      <w:r>
        <w:rPr>
          <w:sz w:val="18"/>
        </w:rPr>
        <w:t>Bessemer, AL 35020</w:t>
      </w:r>
    </w:p>
    <w:p w14:paraId="41351609" w14:textId="77777777" w:rsidR="00F96F05" w:rsidRDefault="00000000">
      <w:pPr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205-428-3324</w:t>
      </w:r>
      <w:r>
        <w:tab/>
      </w:r>
      <w:r>
        <w:rPr>
          <w:sz w:val="18"/>
        </w:rPr>
        <w:t>205-426-6956</w:t>
      </w:r>
      <w:r>
        <w:tab/>
      </w:r>
      <w:r>
        <w:rPr>
          <w:sz w:val="18"/>
        </w:rPr>
        <w:t>205-424-2460</w:t>
      </w:r>
    </w:p>
    <w:p w14:paraId="2C9B2A24" w14:textId="77777777" w:rsidR="00F96F05" w:rsidRDefault="00F96F05">
      <w:pPr>
        <w:spacing w:line="211" w:lineRule="exact"/>
      </w:pPr>
    </w:p>
    <w:p w14:paraId="57AC7CDF" w14:textId="77777777" w:rsidR="00F96F05" w:rsidRDefault="00F96F05">
      <w:pPr>
        <w:spacing w:line="211" w:lineRule="exact"/>
      </w:pPr>
    </w:p>
    <w:p w14:paraId="0F3F5008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20" w:lineRule="exact"/>
      </w:pPr>
      <w:r>
        <w:tab/>
      </w:r>
      <w:r>
        <w:rPr>
          <w:b/>
          <w:sz w:val="20"/>
        </w:rPr>
        <w:t>Kyle Horn</w:t>
      </w:r>
      <w:r>
        <w:tab/>
      </w:r>
      <w:r>
        <w:rPr>
          <w:b/>
          <w:sz w:val="20"/>
        </w:rPr>
        <w:t>Marvin Williams</w:t>
      </w:r>
      <w:r>
        <w:tab/>
      </w:r>
      <w:r>
        <w:rPr>
          <w:b/>
          <w:sz w:val="20"/>
        </w:rPr>
        <w:t>Charles Hollingsworth</w:t>
      </w:r>
    </w:p>
    <w:p w14:paraId="0AEDEE4B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color w:val="593777"/>
          <w:sz w:val="16"/>
        </w:rPr>
        <w:t>kylehorn@jcdmba.org</w:t>
      </w:r>
      <w:r>
        <w:tab/>
      </w:r>
      <w:r>
        <w:rPr>
          <w:color w:val="593777"/>
          <w:sz w:val="16"/>
        </w:rPr>
        <w:t>marvinwilliams@jcdmba.org</w:t>
      </w:r>
      <w:r>
        <w:tab/>
      </w:r>
      <w:r>
        <w:rPr>
          <w:color w:val="593777"/>
          <w:sz w:val="16"/>
        </w:rPr>
        <w:t>charleshollingsworth@jcdmba.org</w:t>
      </w:r>
    </w:p>
    <w:p w14:paraId="64DB6D3D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i/>
          <w:sz w:val="18"/>
        </w:rPr>
        <w:t>First MBC (Hueytown)</w:t>
      </w:r>
      <w:r>
        <w:tab/>
      </w:r>
      <w:r>
        <w:rPr>
          <w:i/>
          <w:sz w:val="18"/>
        </w:rPr>
        <w:t>Friendship MBC 12th Street</w:t>
      </w:r>
      <w:r>
        <w:tab/>
      </w:r>
      <w:r>
        <w:rPr>
          <w:i/>
          <w:sz w:val="18"/>
        </w:rPr>
        <w:t>Friendship MBC (Brighton)</w:t>
      </w:r>
    </w:p>
    <w:p w14:paraId="50FAADA0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3893 John Williamson Dr</w:t>
      </w:r>
      <w:r>
        <w:tab/>
      </w:r>
      <w:r>
        <w:rPr>
          <w:sz w:val="18"/>
        </w:rPr>
        <w:t>709 12 Street North</w:t>
      </w:r>
      <w:r>
        <w:tab/>
      </w:r>
      <w:r>
        <w:rPr>
          <w:sz w:val="18"/>
        </w:rPr>
        <w:t>4819 Main Street</w:t>
      </w:r>
    </w:p>
    <w:p w14:paraId="3BE3C59E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Hueytown, AL 35023</w:t>
      </w:r>
      <w:r>
        <w:tab/>
      </w:r>
      <w:r>
        <w:rPr>
          <w:sz w:val="18"/>
        </w:rPr>
        <w:t>Bessemer, AL 35020</w:t>
      </w:r>
      <w:r>
        <w:tab/>
      </w:r>
      <w:r>
        <w:rPr>
          <w:sz w:val="18"/>
        </w:rPr>
        <w:t>Bessemer, AL 35020</w:t>
      </w:r>
    </w:p>
    <w:p w14:paraId="2C2106DB" w14:textId="77777777" w:rsidR="00F96F05" w:rsidRDefault="00000000">
      <w:pPr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205-744-0519</w:t>
      </w:r>
      <w:r>
        <w:tab/>
      </w:r>
      <w:r>
        <w:rPr>
          <w:sz w:val="18"/>
        </w:rPr>
        <w:t>205-428-4235</w:t>
      </w:r>
      <w:r>
        <w:tab/>
      </w:r>
      <w:r>
        <w:rPr>
          <w:sz w:val="18"/>
        </w:rPr>
        <w:t>205-426-2547</w:t>
      </w:r>
    </w:p>
    <w:p w14:paraId="0A10CBD7" w14:textId="77777777" w:rsidR="00F96F05" w:rsidRDefault="00F96F05">
      <w:pPr>
        <w:spacing w:line="211" w:lineRule="exact"/>
      </w:pPr>
    </w:p>
    <w:p w14:paraId="4168A722" w14:textId="77777777" w:rsidR="00F96F05" w:rsidRDefault="00F96F05">
      <w:pPr>
        <w:spacing w:line="211" w:lineRule="exact"/>
      </w:pPr>
    </w:p>
    <w:p w14:paraId="66E0ADBF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20" w:lineRule="exact"/>
      </w:pPr>
      <w:r>
        <w:tab/>
      </w:r>
      <w:r>
        <w:rPr>
          <w:b/>
          <w:sz w:val="20"/>
        </w:rPr>
        <w:t>Jiles Burgines, III</w:t>
      </w:r>
      <w:r>
        <w:tab/>
      </w:r>
      <w:r>
        <w:rPr>
          <w:b/>
          <w:sz w:val="20"/>
        </w:rPr>
        <w:t>James Eades</w:t>
      </w:r>
      <w:r>
        <w:tab/>
      </w:r>
      <w:r>
        <w:rPr>
          <w:b/>
          <w:sz w:val="20"/>
        </w:rPr>
        <w:t>Edward E. Rodgers</w:t>
      </w:r>
    </w:p>
    <w:p w14:paraId="547675E4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color w:val="593777"/>
          <w:sz w:val="16"/>
        </w:rPr>
        <w:t>jilesburgines@jcdmba.org</w:t>
      </w:r>
      <w:r>
        <w:tab/>
      </w:r>
      <w:r>
        <w:rPr>
          <w:color w:val="593777"/>
          <w:sz w:val="16"/>
        </w:rPr>
        <w:t>jameseades@jcdmba.org</w:t>
      </w:r>
      <w:r>
        <w:tab/>
      </w:r>
      <w:r>
        <w:rPr>
          <w:color w:val="593777"/>
          <w:sz w:val="16"/>
        </w:rPr>
        <w:t>edwardrodgers@jcdmba.org</w:t>
      </w:r>
    </w:p>
    <w:p w14:paraId="5F958F2E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i/>
          <w:sz w:val="18"/>
        </w:rPr>
        <w:t>Greater 14th Street MBC</w:t>
      </w:r>
      <w:r>
        <w:tab/>
      </w:r>
      <w:r>
        <w:rPr>
          <w:i/>
          <w:sz w:val="18"/>
        </w:rPr>
        <w:t>Greater Bethel MBC</w:t>
      </w:r>
      <w:r>
        <w:tab/>
      </w:r>
      <w:r>
        <w:rPr>
          <w:i/>
          <w:sz w:val="18"/>
        </w:rPr>
        <w:t>Hopewell MBC</w:t>
      </w:r>
    </w:p>
    <w:p w14:paraId="07A2D25F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418 14th Street North</w:t>
      </w:r>
      <w:r>
        <w:tab/>
      </w:r>
      <w:r>
        <w:rPr>
          <w:sz w:val="18"/>
        </w:rPr>
        <w:t>531 26th Street North</w:t>
      </w:r>
      <w:r>
        <w:tab/>
      </w:r>
      <w:r>
        <w:rPr>
          <w:sz w:val="18"/>
        </w:rPr>
        <w:t>4817 Jefferson Ave SW</w:t>
      </w:r>
    </w:p>
    <w:p w14:paraId="0C6D4741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Bessemer, AL 35020</w:t>
      </w:r>
      <w:r>
        <w:tab/>
      </w:r>
      <w:r>
        <w:rPr>
          <w:sz w:val="18"/>
        </w:rPr>
        <w:t>Bessemer, AL 35020</w:t>
      </w:r>
      <w:r>
        <w:tab/>
      </w:r>
      <w:r>
        <w:rPr>
          <w:sz w:val="18"/>
        </w:rPr>
        <w:t>Birmingham, AL 35221</w:t>
      </w:r>
    </w:p>
    <w:p w14:paraId="575339B1" w14:textId="77777777" w:rsidR="00F96F05" w:rsidRDefault="00000000">
      <w:pPr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205-424-0759</w:t>
      </w:r>
      <w:r>
        <w:tab/>
      </w:r>
      <w:r>
        <w:rPr>
          <w:sz w:val="18"/>
        </w:rPr>
        <w:t>205-424-7172</w:t>
      </w:r>
      <w:r>
        <w:tab/>
      </w:r>
      <w:r>
        <w:rPr>
          <w:sz w:val="18"/>
        </w:rPr>
        <w:t>205-925-2134</w:t>
      </w:r>
    </w:p>
    <w:p w14:paraId="2ED9142B" w14:textId="77777777" w:rsidR="00F96F05" w:rsidRDefault="00F96F05">
      <w:pPr>
        <w:spacing w:line="211" w:lineRule="exact"/>
      </w:pPr>
    </w:p>
    <w:p w14:paraId="58E7796E" w14:textId="77777777" w:rsidR="00F96F05" w:rsidRDefault="00F96F05">
      <w:pPr>
        <w:spacing w:line="111" w:lineRule="exact"/>
      </w:pPr>
    </w:p>
    <w:p w14:paraId="432A5990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20" w:lineRule="exact"/>
      </w:pPr>
      <w:r>
        <w:tab/>
      </w:r>
      <w:r>
        <w:rPr>
          <w:b/>
          <w:sz w:val="20"/>
        </w:rPr>
        <w:t>Terris R. Morris</w:t>
      </w:r>
      <w:r>
        <w:tab/>
      </w:r>
      <w:r>
        <w:rPr>
          <w:b/>
          <w:sz w:val="20"/>
        </w:rPr>
        <w:t>William Scott</w:t>
      </w:r>
      <w:r>
        <w:tab/>
      </w:r>
      <w:r>
        <w:rPr>
          <w:b/>
          <w:sz w:val="20"/>
        </w:rPr>
        <w:t>Trevis Flowers</w:t>
      </w:r>
    </w:p>
    <w:p w14:paraId="4ABAB2AB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color w:val="593777"/>
          <w:sz w:val="16"/>
        </w:rPr>
        <w:t>terrismorris@jcdmba.org</w:t>
      </w:r>
      <w:r>
        <w:tab/>
      </w:r>
      <w:r>
        <w:rPr>
          <w:color w:val="593777"/>
          <w:sz w:val="16"/>
        </w:rPr>
        <w:t>williamscott@jcdmba.org</w:t>
      </w:r>
      <w:r>
        <w:tab/>
      </w:r>
      <w:r>
        <w:rPr>
          <w:color w:val="593777"/>
          <w:sz w:val="16"/>
        </w:rPr>
        <w:t>trevisflowers@jcdmba.org</w:t>
      </w:r>
    </w:p>
    <w:p w14:paraId="77651D4A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i/>
          <w:sz w:val="18"/>
        </w:rPr>
        <w:t>Jerusalem MBC (Shades Valley)</w:t>
      </w:r>
      <w:r>
        <w:tab/>
      </w:r>
      <w:r>
        <w:rPr>
          <w:i/>
          <w:sz w:val="18"/>
        </w:rPr>
        <w:t>Macedonia MBC</w:t>
      </w:r>
      <w:r>
        <w:tab/>
      </w:r>
      <w:r>
        <w:rPr>
          <w:i/>
          <w:sz w:val="18"/>
        </w:rPr>
        <w:t>Mt. Hebron MBC</w:t>
      </w:r>
    </w:p>
    <w:p w14:paraId="7D21918C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7941 Lou George Rd</w:t>
      </w:r>
      <w:r>
        <w:tab/>
      </w:r>
      <w:r>
        <w:rPr>
          <w:sz w:val="18"/>
        </w:rPr>
        <w:t>1401 26th Street North</w:t>
      </w:r>
      <w:r>
        <w:tab/>
      </w:r>
      <w:r>
        <w:rPr>
          <w:sz w:val="18"/>
        </w:rPr>
        <w:t>P.O. Box 1141</w:t>
      </w:r>
    </w:p>
    <w:p w14:paraId="0BD996D5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Bessemer, AL 35023</w:t>
      </w:r>
      <w:r>
        <w:tab/>
      </w:r>
      <w:r>
        <w:rPr>
          <w:sz w:val="18"/>
        </w:rPr>
        <w:t>Bessemer, AL 35020</w:t>
      </w:r>
      <w:r>
        <w:tab/>
      </w:r>
      <w:r>
        <w:rPr>
          <w:sz w:val="18"/>
        </w:rPr>
        <w:t>72 Al Ave</w:t>
      </w:r>
    </w:p>
    <w:p w14:paraId="357C1D4E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205-426-0402</w:t>
      </w:r>
      <w:r>
        <w:tab/>
      </w:r>
      <w:r>
        <w:rPr>
          <w:sz w:val="18"/>
        </w:rPr>
        <w:t>205-425-3340</w:t>
      </w:r>
      <w:r>
        <w:tab/>
      </w:r>
      <w:r>
        <w:rPr>
          <w:sz w:val="18"/>
        </w:rPr>
        <w:t>Bessemer, AL 35020</w:t>
      </w:r>
    </w:p>
    <w:p w14:paraId="757D0E74" w14:textId="77777777" w:rsidR="00F96F05" w:rsidRDefault="00000000">
      <w:pPr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tab/>
      </w:r>
      <w:r>
        <w:tab/>
      </w:r>
      <w:r>
        <w:rPr>
          <w:sz w:val="18"/>
        </w:rPr>
        <w:t>205-424-9970</w:t>
      </w:r>
    </w:p>
    <w:p w14:paraId="59A05F2A" w14:textId="77777777" w:rsidR="00F96F05" w:rsidRDefault="00F96F05">
      <w:pPr>
        <w:spacing w:line="111" w:lineRule="exact"/>
      </w:pPr>
    </w:p>
    <w:p w14:paraId="786FC52A" w14:textId="77777777" w:rsidR="00F96F05" w:rsidRDefault="00F96F05">
      <w:pPr>
        <w:spacing w:line="211" w:lineRule="exact"/>
      </w:pPr>
    </w:p>
    <w:p w14:paraId="72EBE693" w14:textId="77777777" w:rsidR="00F96F05" w:rsidRDefault="00000000">
      <w:pPr>
        <w:keepNext/>
        <w:spacing w:line="220" w:lineRule="exact"/>
        <w:jc w:val="center"/>
      </w:pPr>
      <w:r>
        <w:rPr>
          <w:b/>
          <w:sz w:val="20"/>
        </w:rPr>
        <w:t>Silas Baldwin</w:t>
      </w:r>
    </w:p>
    <w:p w14:paraId="5EF97B3A" w14:textId="77777777" w:rsidR="00F96F05" w:rsidRDefault="00000000">
      <w:pPr>
        <w:keepNext/>
        <w:spacing w:line="200" w:lineRule="exact"/>
        <w:jc w:val="center"/>
      </w:pPr>
      <w:r>
        <w:rPr>
          <w:color w:val="593777"/>
          <w:sz w:val="16"/>
        </w:rPr>
        <w:t>silasbaldwin@jcdmba.org</w:t>
      </w:r>
    </w:p>
    <w:p w14:paraId="23F95A95" w14:textId="77777777" w:rsidR="00F96F05" w:rsidRDefault="00000000">
      <w:pPr>
        <w:keepNext/>
        <w:spacing w:line="200" w:lineRule="exact"/>
        <w:jc w:val="center"/>
      </w:pPr>
      <w:r>
        <w:rPr>
          <w:i/>
          <w:sz w:val="18"/>
        </w:rPr>
        <w:t>Mt. Olive MBC</w:t>
      </w:r>
    </w:p>
    <w:p w14:paraId="3014B8EE" w14:textId="77777777" w:rsidR="00F96F05" w:rsidRDefault="00000000">
      <w:pPr>
        <w:keepNext/>
        <w:spacing w:line="200" w:lineRule="exact"/>
        <w:jc w:val="center"/>
      </w:pPr>
      <w:r>
        <w:rPr>
          <w:sz w:val="18"/>
        </w:rPr>
        <w:t>642 Frog Level Rd</w:t>
      </w:r>
    </w:p>
    <w:p w14:paraId="26076225" w14:textId="77777777" w:rsidR="00F96F05" w:rsidRDefault="00000000">
      <w:pPr>
        <w:keepNext/>
        <w:spacing w:line="200" w:lineRule="exact"/>
        <w:jc w:val="center"/>
      </w:pPr>
      <w:r>
        <w:rPr>
          <w:sz w:val="18"/>
        </w:rPr>
        <w:t>West Blocton, AL 35184</w:t>
      </w:r>
    </w:p>
    <w:p w14:paraId="044CFD90" w14:textId="77777777" w:rsidR="00F96F05" w:rsidRDefault="00000000">
      <w:pPr>
        <w:spacing w:line="200" w:lineRule="exact"/>
        <w:jc w:val="center"/>
      </w:pPr>
      <w:r>
        <w:rPr>
          <w:sz w:val="18"/>
        </w:rPr>
        <w:t>205-938-0140</w:t>
      </w:r>
    </w:p>
    <w:p w14:paraId="18A821CE" w14:textId="77777777" w:rsidR="00F96F05" w:rsidRDefault="00F96F05">
      <w:pPr>
        <w:spacing w:line="211" w:lineRule="exact"/>
      </w:pPr>
    </w:p>
    <w:p w14:paraId="0525A0EC" w14:textId="77777777" w:rsidR="00F96F05" w:rsidRDefault="00F96F05">
      <w:pPr>
        <w:spacing w:line="20" w:lineRule="exact"/>
      </w:pPr>
    </w:p>
    <w:p w14:paraId="0F9B4359" w14:textId="77777777" w:rsidR="00F96F05" w:rsidRDefault="00000000">
      <w:r>
        <w:br w:type="page"/>
      </w:r>
    </w:p>
    <w:p w14:paraId="527356FE" w14:textId="77777777" w:rsidR="00F96F05" w:rsidRDefault="00000000">
      <w:pPr>
        <w:pStyle w:val="Title"/>
        <w:spacing w:after="80"/>
        <w:jc w:val="center"/>
      </w:pPr>
      <w:r>
        <w:rPr>
          <w:rFonts w:ascii="Georgia" w:hAnsi="Georgia"/>
        </w:rPr>
        <w:lastRenderedPageBreak/>
        <w:t>JCDMBA Pastors</w:t>
      </w:r>
    </w:p>
    <w:p w14:paraId="2DDD27D0" w14:textId="77777777" w:rsidR="00F96F05" w:rsidRDefault="00000000">
      <w:pPr>
        <w:spacing w:after="200"/>
        <w:jc w:val="center"/>
      </w:pPr>
      <w:r>
        <w:rPr>
          <w:color w:val="665D6E"/>
          <w:sz w:val="20"/>
        </w:rPr>
        <w:t>Jefferson County District Missionary Baptist Association</w:t>
      </w:r>
    </w:p>
    <w:p w14:paraId="184D32BA" w14:textId="77777777" w:rsidR="00F96F05" w:rsidRDefault="00F96F05">
      <w:pPr>
        <w:spacing w:line="211" w:lineRule="exact"/>
      </w:pPr>
    </w:p>
    <w:p w14:paraId="649FCD14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20" w:lineRule="exact"/>
      </w:pPr>
      <w:r>
        <w:tab/>
      </w:r>
      <w:r>
        <w:rPr>
          <w:b/>
          <w:sz w:val="20"/>
        </w:rPr>
        <w:t>Angelo Hines</w:t>
      </w:r>
      <w:r>
        <w:tab/>
      </w:r>
      <w:r>
        <w:rPr>
          <w:b/>
          <w:sz w:val="20"/>
        </w:rPr>
        <w:t>Robert E. Foster</w:t>
      </w:r>
      <w:r>
        <w:tab/>
      </w:r>
      <w:r>
        <w:rPr>
          <w:b/>
          <w:sz w:val="20"/>
        </w:rPr>
        <w:t>Dwight Miller</w:t>
      </w:r>
    </w:p>
    <w:p w14:paraId="618B6B5B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color w:val="593777"/>
          <w:sz w:val="16"/>
        </w:rPr>
        <w:t>angelohines@jcdmba.org</w:t>
      </w:r>
      <w:r>
        <w:tab/>
      </w:r>
      <w:r>
        <w:rPr>
          <w:color w:val="593777"/>
          <w:sz w:val="16"/>
        </w:rPr>
        <w:t>robertfoster@jcdmba.org</w:t>
      </w:r>
      <w:r>
        <w:tab/>
      </w:r>
      <w:r>
        <w:rPr>
          <w:color w:val="593777"/>
          <w:sz w:val="16"/>
        </w:rPr>
        <w:t>dwightmiller@jcdmba.org</w:t>
      </w:r>
    </w:p>
    <w:p w14:paraId="3CA25BE6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i/>
          <w:sz w:val="18"/>
        </w:rPr>
        <w:t>Mt. Sinai MBC</w:t>
      </w:r>
      <w:r>
        <w:tab/>
      </w:r>
      <w:r>
        <w:rPr>
          <w:i/>
          <w:sz w:val="18"/>
        </w:rPr>
        <w:t>Mt. Zion MBC (Ishkooda)</w:t>
      </w:r>
      <w:r>
        <w:tab/>
      </w:r>
      <w:r>
        <w:rPr>
          <w:i/>
          <w:sz w:val="18"/>
        </w:rPr>
        <w:t>Mt. Zion MBC (Martintown)</w:t>
      </w:r>
    </w:p>
    <w:p w14:paraId="3BAC583A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500 Carter Avenue</w:t>
      </w:r>
      <w:r>
        <w:tab/>
      </w:r>
      <w:r>
        <w:rPr>
          <w:sz w:val="18"/>
        </w:rPr>
        <w:t>1661 Cedar Avenue</w:t>
      </w:r>
      <w:r>
        <w:tab/>
      </w:r>
      <w:r>
        <w:rPr>
          <w:sz w:val="18"/>
        </w:rPr>
        <w:t>1314 Merritt Street</w:t>
      </w:r>
    </w:p>
    <w:p w14:paraId="5DC18275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Bessemer, AL 35020</w:t>
      </w:r>
      <w:r>
        <w:tab/>
      </w:r>
      <w:r>
        <w:rPr>
          <w:sz w:val="18"/>
        </w:rPr>
        <w:t>Birmingham, AL 35211</w:t>
      </w:r>
      <w:r>
        <w:tab/>
      </w:r>
      <w:r>
        <w:rPr>
          <w:sz w:val="18"/>
        </w:rPr>
        <w:t>Bessemer, AL 35020</w:t>
      </w:r>
    </w:p>
    <w:p w14:paraId="63B6B717" w14:textId="77777777" w:rsidR="00F96F05" w:rsidRDefault="00000000">
      <w:pPr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205-426-4555</w:t>
      </w:r>
      <w:r>
        <w:tab/>
      </w:r>
      <w:r>
        <w:rPr>
          <w:sz w:val="18"/>
        </w:rPr>
        <w:t>205-925-7888</w:t>
      </w:r>
      <w:r>
        <w:tab/>
      </w:r>
      <w:r>
        <w:rPr>
          <w:sz w:val="18"/>
        </w:rPr>
        <w:t>205-424-0458</w:t>
      </w:r>
    </w:p>
    <w:p w14:paraId="739ADF78" w14:textId="77777777" w:rsidR="00F96F05" w:rsidRDefault="00F96F05">
      <w:pPr>
        <w:spacing w:line="211" w:lineRule="exact"/>
      </w:pPr>
    </w:p>
    <w:p w14:paraId="177BF0F0" w14:textId="77777777" w:rsidR="00F96F05" w:rsidRDefault="00F96F05">
      <w:pPr>
        <w:spacing w:line="211" w:lineRule="exact"/>
      </w:pPr>
    </w:p>
    <w:p w14:paraId="08D6E1DC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20" w:lineRule="exact"/>
      </w:pPr>
      <w:r>
        <w:tab/>
      </w:r>
      <w:r>
        <w:rPr>
          <w:b/>
          <w:sz w:val="20"/>
        </w:rPr>
        <w:t>Tony R. Ware</w:t>
      </w:r>
      <w:r>
        <w:tab/>
      </w:r>
      <w:r>
        <w:rPr>
          <w:b/>
          <w:sz w:val="20"/>
        </w:rPr>
        <w:t>Emanuel D. Jones, Sr.</w:t>
      </w:r>
      <w:r>
        <w:tab/>
      </w:r>
      <w:r>
        <w:rPr>
          <w:b/>
          <w:sz w:val="20"/>
        </w:rPr>
        <w:t>Thomas J. Rogers, Jr.</w:t>
      </w:r>
    </w:p>
    <w:p w14:paraId="36A37104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color w:val="593777"/>
          <w:sz w:val="16"/>
        </w:rPr>
        <w:t>tonyware@jcdmba.org</w:t>
      </w:r>
      <w:r>
        <w:tab/>
      </w:r>
      <w:r>
        <w:rPr>
          <w:color w:val="593777"/>
          <w:sz w:val="16"/>
        </w:rPr>
        <w:t>emanueljones@jcdmba.org</w:t>
      </w:r>
      <w:r>
        <w:tab/>
      </w:r>
      <w:r>
        <w:rPr>
          <w:color w:val="593777"/>
          <w:sz w:val="16"/>
        </w:rPr>
        <w:t>thomasrogers@jcdmba.org</w:t>
      </w:r>
    </w:p>
    <w:p w14:paraId="373373DB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i/>
          <w:sz w:val="18"/>
        </w:rPr>
        <w:t>New Antioch MBC</w:t>
      </w:r>
      <w:r>
        <w:tab/>
      </w:r>
      <w:r>
        <w:rPr>
          <w:i/>
          <w:sz w:val="18"/>
        </w:rPr>
        <w:t>New Bethlehem MBC (N. Johns)</w:t>
      </w:r>
      <w:r>
        <w:tab/>
      </w:r>
      <w:r>
        <w:rPr>
          <w:i/>
          <w:sz w:val="18"/>
        </w:rPr>
        <w:t>New Bethlehem MBC</w:t>
      </w:r>
    </w:p>
    <w:p w14:paraId="4BF06463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1801 17th Street North</w:t>
      </w:r>
      <w:r>
        <w:tab/>
      </w:r>
      <w:r>
        <w:rPr>
          <w:sz w:val="18"/>
        </w:rPr>
        <w:t>7500 Bethlehem Street</w:t>
      </w:r>
      <w:r>
        <w:tab/>
      </w:r>
      <w:r>
        <w:rPr>
          <w:sz w:val="18"/>
        </w:rPr>
        <w:t>1730 11th Avenue North</w:t>
      </w:r>
    </w:p>
    <w:p w14:paraId="6047FCE9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Bessemer, AL 35020</w:t>
      </w:r>
      <w:r>
        <w:tab/>
      </w:r>
      <w:r>
        <w:rPr>
          <w:sz w:val="18"/>
        </w:rPr>
        <w:t>Bessemer, AL 35020</w:t>
      </w:r>
      <w:r>
        <w:tab/>
      </w:r>
      <w:r>
        <w:rPr>
          <w:sz w:val="18"/>
        </w:rPr>
        <w:t>Bessemer, AL 35020</w:t>
      </w:r>
    </w:p>
    <w:p w14:paraId="44BE5368" w14:textId="77777777" w:rsidR="00F96F05" w:rsidRDefault="00000000">
      <w:pPr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205-425-5123</w:t>
      </w:r>
      <w:r>
        <w:tab/>
      </w:r>
      <w:r>
        <w:rPr>
          <w:sz w:val="18"/>
        </w:rPr>
        <w:t>205-425-2112</w:t>
      </w:r>
      <w:r>
        <w:tab/>
      </w:r>
      <w:r>
        <w:rPr>
          <w:sz w:val="18"/>
        </w:rPr>
        <w:t>205-425-9556</w:t>
      </w:r>
    </w:p>
    <w:p w14:paraId="549291AD" w14:textId="77777777" w:rsidR="00F96F05" w:rsidRDefault="00F96F05">
      <w:pPr>
        <w:spacing w:line="211" w:lineRule="exact"/>
      </w:pPr>
    </w:p>
    <w:p w14:paraId="15EB6BF9" w14:textId="77777777" w:rsidR="00F96F05" w:rsidRDefault="00F96F05">
      <w:pPr>
        <w:spacing w:line="211" w:lineRule="exact"/>
      </w:pPr>
    </w:p>
    <w:p w14:paraId="0399E5EF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20" w:lineRule="exact"/>
      </w:pPr>
      <w:r>
        <w:tab/>
      </w:r>
      <w:r>
        <w:rPr>
          <w:b/>
          <w:sz w:val="20"/>
        </w:rPr>
        <w:t>Curtis Lee</w:t>
      </w:r>
      <w:r>
        <w:tab/>
      </w:r>
      <w:r>
        <w:rPr>
          <w:b/>
          <w:sz w:val="20"/>
        </w:rPr>
        <w:t>Patrick Evans</w:t>
      </w:r>
      <w:r>
        <w:tab/>
      </w:r>
      <w:r>
        <w:rPr>
          <w:b/>
          <w:sz w:val="20"/>
        </w:rPr>
        <w:t>Ronald Brown</w:t>
      </w:r>
    </w:p>
    <w:p w14:paraId="4216B753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color w:val="593777"/>
          <w:sz w:val="16"/>
        </w:rPr>
        <w:t>curtislee@jcdmba.org</w:t>
      </w:r>
      <w:r>
        <w:tab/>
      </w:r>
      <w:r>
        <w:rPr>
          <w:color w:val="593777"/>
          <w:sz w:val="16"/>
        </w:rPr>
        <w:t>patrickevans@jcdmba.org</w:t>
      </w:r>
      <w:r>
        <w:tab/>
      </w:r>
      <w:r>
        <w:rPr>
          <w:color w:val="593777"/>
          <w:sz w:val="16"/>
        </w:rPr>
        <w:t>ronaldbrown@jcdmba.org</w:t>
      </w:r>
    </w:p>
    <w:p w14:paraId="7C83B926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i/>
          <w:sz w:val="18"/>
        </w:rPr>
        <w:t>New Life MBC</w:t>
      </w:r>
      <w:r>
        <w:tab/>
      </w:r>
      <w:r>
        <w:rPr>
          <w:i/>
          <w:sz w:val="18"/>
        </w:rPr>
        <w:t>New Salem MBC (Mobile Jct.)</w:t>
      </w:r>
      <w:r>
        <w:tab/>
      </w:r>
      <w:r>
        <w:rPr>
          <w:i/>
          <w:sz w:val="18"/>
        </w:rPr>
        <w:t>Oak Grove MBC</w:t>
      </w:r>
    </w:p>
    <w:p w14:paraId="6462EA60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P.O. Box 8206 Ensley</w:t>
      </w:r>
      <w:r>
        <w:tab/>
      </w:r>
      <w:r>
        <w:rPr>
          <w:sz w:val="18"/>
        </w:rPr>
        <w:t>101 Pine Street S.W.</w:t>
      </w:r>
      <w:r>
        <w:tab/>
      </w:r>
      <w:r>
        <w:rPr>
          <w:sz w:val="18"/>
        </w:rPr>
        <w:t>2720 Mitchell Road</w:t>
      </w:r>
    </w:p>
    <w:p w14:paraId="41C66394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Birmingham, AL 35218</w:t>
      </w:r>
      <w:r>
        <w:tab/>
      </w:r>
      <w:r>
        <w:rPr>
          <w:sz w:val="18"/>
        </w:rPr>
        <w:t>Bessemer, AL 35020</w:t>
      </w:r>
      <w:r>
        <w:tab/>
      </w:r>
      <w:r>
        <w:rPr>
          <w:sz w:val="18"/>
        </w:rPr>
        <w:t>Bessemer, AL 35023</w:t>
      </w:r>
    </w:p>
    <w:p w14:paraId="72E70485" w14:textId="77777777" w:rsidR="00F96F05" w:rsidRDefault="00000000">
      <w:pPr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205-925-8856</w:t>
      </w:r>
      <w:r>
        <w:tab/>
      </w:r>
      <w:r>
        <w:rPr>
          <w:sz w:val="18"/>
        </w:rPr>
        <w:t>205-425-2008</w:t>
      </w:r>
      <w:r>
        <w:tab/>
      </w:r>
      <w:r>
        <w:rPr>
          <w:sz w:val="18"/>
        </w:rPr>
        <w:t>205-428-5020</w:t>
      </w:r>
    </w:p>
    <w:p w14:paraId="23A567C4" w14:textId="77777777" w:rsidR="00F96F05" w:rsidRDefault="00F96F05">
      <w:pPr>
        <w:spacing w:line="211" w:lineRule="exact"/>
      </w:pPr>
    </w:p>
    <w:p w14:paraId="1B8A9103" w14:textId="77777777" w:rsidR="00F96F05" w:rsidRDefault="00F96F05">
      <w:pPr>
        <w:spacing w:line="211" w:lineRule="exact"/>
      </w:pPr>
    </w:p>
    <w:p w14:paraId="2DE9EC85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20" w:lineRule="exact"/>
      </w:pPr>
      <w:r>
        <w:tab/>
      </w:r>
      <w:r>
        <w:rPr>
          <w:b/>
          <w:sz w:val="20"/>
        </w:rPr>
        <w:t>VACANT</w:t>
      </w:r>
      <w:r>
        <w:tab/>
      </w:r>
      <w:r>
        <w:rPr>
          <w:b/>
          <w:sz w:val="20"/>
        </w:rPr>
        <w:t>Victor L. Harkins, Sr.</w:t>
      </w:r>
      <w:r>
        <w:tab/>
      </w:r>
      <w:r>
        <w:rPr>
          <w:b/>
          <w:sz w:val="20"/>
        </w:rPr>
        <w:t>Alonte' Hill</w:t>
      </w:r>
    </w:p>
    <w:p w14:paraId="02236849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 w:rsidRPr="004A0308">
        <w:rPr>
          <w:color w:val="FFFFFF" w:themeColor="background1"/>
          <w:sz w:val="16"/>
        </w:rPr>
        <w:t>Email not provided</w:t>
      </w:r>
      <w:r>
        <w:tab/>
      </w:r>
      <w:r>
        <w:rPr>
          <w:color w:val="593777"/>
          <w:sz w:val="16"/>
        </w:rPr>
        <w:t>victorharkins@jcdmba.org</w:t>
      </w:r>
      <w:r>
        <w:tab/>
      </w:r>
      <w:r>
        <w:rPr>
          <w:color w:val="593777"/>
          <w:sz w:val="16"/>
        </w:rPr>
        <w:t>alontehill@jcdmba.org</w:t>
      </w:r>
    </w:p>
    <w:p w14:paraId="23647450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i/>
          <w:sz w:val="18"/>
        </w:rPr>
        <w:t>Peace Baptist MBC</w:t>
      </w:r>
      <w:r>
        <w:tab/>
      </w:r>
      <w:r>
        <w:rPr>
          <w:i/>
          <w:sz w:val="18"/>
        </w:rPr>
        <w:t>Shady Grove MBC</w:t>
      </w:r>
      <w:r>
        <w:tab/>
      </w:r>
      <w:r>
        <w:rPr>
          <w:i/>
          <w:sz w:val="18"/>
        </w:rPr>
        <w:t>Shiloh MBC</w:t>
      </w:r>
    </w:p>
    <w:p w14:paraId="5FCEF8F4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5001 Jaybird Rd</w:t>
      </w:r>
      <w:r>
        <w:tab/>
      </w:r>
      <w:r>
        <w:rPr>
          <w:sz w:val="18"/>
        </w:rPr>
        <w:t>2600 Fairfax Ave</w:t>
      </w:r>
      <w:r>
        <w:tab/>
      </w:r>
      <w:r>
        <w:rPr>
          <w:sz w:val="18"/>
        </w:rPr>
        <w:t>4401 West Street</w:t>
      </w:r>
    </w:p>
    <w:p w14:paraId="22319BF5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Brighton, AL 35020</w:t>
      </w:r>
      <w:r>
        <w:tab/>
      </w:r>
      <w:r>
        <w:rPr>
          <w:sz w:val="18"/>
        </w:rPr>
        <w:t>Bessemer, AL 35020</w:t>
      </w:r>
      <w:r>
        <w:tab/>
      </w:r>
      <w:r>
        <w:rPr>
          <w:sz w:val="18"/>
        </w:rPr>
        <w:t>Brighton, AL 35020</w:t>
      </w:r>
    </w:p>
    <w:p w14:paraId="6438CE62" w14:textId="77777777" w:rsidR="00F96F05" w:rsidRDefault="00000000">
      <w:pPr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877-532-8673</w:t>
      </w:r>
      <w:r>
        <w:tab/>
      </w:r>
      <w:r>
        <w:rPr>
          <w:sz w:val="18"/>
        </w:rPr>
        <w:t>205-426-1941</w:t>
      </w:r>
      <w:r>
        <w:tab/>
      </w:r>
      <w:r>
        <w:rPr>
          <w:sz w:val="18"/>
        </w:rPr>
        <w:t>205-425-4611</w:t>
      </w:r>
    </w:p>
    <w:p w14:paraId="72527145" w14:textId="77777777" w:rsidR="00F96F05" w:rsidRDefault="00F96F05">
      <w:pPr>
        <w:spacing w:line="211" w:lineRule="exact"/>
      </w:pPr>
    </w:p>
    <w:p w14:paraId="5FD064F1" w14:textId="77777777" w:rsidR="00F96F05" w:rsidRDefault="00F96F05">
      <w:pPr>
        <w:spacing w:line="211" w:lineRule="exact"/>
      </w:pPr>
    </w:p>
    <w:p w14:paraId="58BD5B93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20" w:lineRule="exact"/>
      </w:pPr>
      <w:r>
        <w:tab/>
      </w:r>
      <w:r>
        <w:rPr>
          <w:b/>
          <w:sz w:val="20"/>
        </w:rPr>
        <w:t>Carl E. Johnson</w:t>
      </w:r>
      <w:r>
        <w:tab/>
      </w:r>
      <w:r>
        <w:rPr>
          <w:b/>
          <w:sz w:val="20"/>
        </w:rPr>
        <w:t>Terry Bagley</w:t>
      </w:r>
      <w:r>
        <w:tab/>
      </w:r>
      <w:r>
        <w:rPr>
          <w:b/>
          <w:sz w:val="20"/>
        </w:rPr>
        <w:t>Leonard Wood</w:t>
      </w:r>
    </w:p>
    <w:p w14:paraId="736EF110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color w:val="593777"/>
          <w:sz w:val="16"/>
        </w:rPr>
        <w:t>carljohnson@jcdmba.org</w:t>
      </w:r>
      <w:r>
        <w:tab/>
      </w:r>
      <w:r>
        <w:rPr>
          <w:color w:val="593777"/>
          <w:sz w:val="16"/>
        </w:rPr>
        <w:t>terrybagley@jcdmba.org</w:t>
      </w:r>
      <w:r>
        <w:tab/>
      </w:r>
      <w:r>
        <w:rPr>
          <w:color w:val="593777"/>
          <w:sz w:val="16"/>
        </w:rPr>
        <w:t>leonardwood@jcdmba.org</w:t>
      </w:r>
    </w:p>
    <w:p w14:paraId="0222EAC7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i/>
          <w:sz w:val="18"/>
        </w:rPr>
        <w:t>St. John MBC (Dolomite)</w:t>
      </w:r>
      <w:r>
        <w:tab/>
      </w:r>
      <w:r>
        <w:rPr>
          <w:i/>
          <w:sz w:val="18"/>
        </w:rPr>
        <w:t>Starlight MBC</w:t>
      </w:r>
      <w:r>
        <w:tab/>
      </w:r>
      <w:r>
        <w:rPr>
          <w:i/>
          <w:sz w:val="18"/>
        </w:rPr>
        <w:t>True Worship MBC</w:t>
      </w:r>
    </w:p>
    <w:p w14:paraId="1095806E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1101 Alexander Street</w:t>
      </w:r>
      <w:r>
        <w:tab/>
      </w:r>
      <w:r>
        <w:rPr>
          <w:sz w:val="18"/>
        </w:rPr>
        <w:t>1280 Highway 150</w:t>
      </w:r>
      <w:r>
        <w:tab/>
      </w:r>
      <w:r>
        <w:rPr>
          <w:sz w:val="18"/>
        </w:rPr>
        <w:t>1401 4th Avenue SW</w:t>
      </w:r>
    </w:p>
    <w:p w14:paraId="526CAEEA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Dolomite, AL 35061</w:t>
      </w:r>
      <w:r>
        <w:tab/>
      </w:r>
      <w:r>
        <w:rPr>
          <w:sz w:val="18"/>
        </w:rPr>
        <w:t>Bessemer, AL 35022</w:t>
      </w:r>
      <w:r>
        <w:tab/>
      </w:r>
      <w:r>
        <w:rPr>
          <w:sz w:val="18"/>
        </w:rPr>
        <w:t>Bessemer, AL 35020</w:t>
      </w:r>
    </w:p>
    <w:p w14:paraId="2E7F2545" w14:textId="77777777" w:rsidR="00F96F05" w:rsidRDefault="00000000">
      <w:pPr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205-744-5552</w:t>
      </w:r>
      <w:r>
        <w:tab/>
      </w:r>
      <w:r>
        <w:rPr>
          <w:sz w:val="18"/>
        </w:rPr>
        <w:t>205-428-1660</w:t>
      </w:r>
      <w:r>
        <w:tab/>
      </w:r>
      <w:r>
        <w:rPr>
          <w:sz w:val="18"/>
        </w:rPr>
        <w:t>205-424-7595</w:t>
      </w:r>
    </w:p>
    <w:p w14:paraId="5EC58EDF" w14:textId="77777777" w:rsidR="00F96F05" w:rsidRDefault="00F96F05">
      <w:pPr>
        <w:spacing w:line="211" w:lineRule="exact"/>
      </w:pPr>
    </w:p>
    <w:p w14:paraId="5C06F3CD" w14:textId="77777777" w:rsidR="00F96F05" w:rsidRDefault="00F96F05">
      <w:pPr>
        <w:spacing w:line="211" w:lineRule="exact"/>
      </w:pPr>
    </w:p>
    <w:p w14:paraId="11C3E3CE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20" w:lineRule="exact"/>
      </w:pPr>
      <w:r>
        <w:tab/>
      </w:r>
      <w:r>
        <w:rPr>
          <w:b/>
          <w:sz w:val="20"/>
        </w:rPr>
        <w:t>Thomas Thrash</w:t>
      </w:r>
      <w:r>
        <w:tab/>
      </w:r>
      <w:r>
        <w:rPr>
          <w:b/>
          <w:sz w:val="20"/>
        </w:rPr>
        <w:t>Albert W. Bry, Jr.</w:t>
      </w:r>
      <w:r>
        <w:tab/>
      </w:r>
      <w:r>
        <w:rPr>
          <w:b/>
          <w:sz w:val="20"/>
        </w:rPr>
        <w:t>Dennis Brown</w:t>
      </w:r>
    </w:p>
    <w:p w14:paraId="230711A1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color w:val="593777"/>
          <w:sz w:val="16"/>
        </w:rPr>
        <w:t>thomasthrash@jcdmba.org</w:t>
      </w:r>
      <w:r>
        <w:tab/>
      </w:r>
      <w:r>
        <w:rPr>
          <w:color w:val="593777"/>
          <w:sz w:val="16"/>
        </w:rPr>
        <w:t>albertbry@jcdmba.org</w:t>
      </w:r>
      <w:r>
        <w:tab/>
      </w:r>
      <w:r>
        <w:rPr>
          <w:color w:val="593777"/>
          <w:sz w:val="16"/>
        </w:rPr>
        <w:t>dennisbrown@jcdmba.org</w:t>
      </w:r>
    </w:p>
    <w:p w14:paraId="613C2561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i/>
          <w:sz w:val="18"/>
        </w:rPr>
        <w:t>Twenty - First Street MBC</w:t>
      </w:r>
      <w:r>
        <w:tab/>
      </w:r>
      <w:r>
        <w:rPr>
          <w:i/>
          <w:sz w:val="18"/>
        </w:rPr>
        <w:t>Victory MBC</w:t>
      </w:r>
      <w:r>
        <w:tab/>
      </w:r>
      <w:r>
        <w:rPr>
          <w:i/>
          <w:sz w:val="18"/>
        </w:rPr>
        <w:t>West End Hills MBC</w:t>
      </w:r>
    </w:p>
    <w:p w14:paraId="5B72D68C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515 South 21st Street</w:t>
      </w:r>
      <w:r>
        <w:tab/>
      </w:r>
      <w:r>
        <w:rPr>
          <w:sz w:val="18"/>
        </w:rPr>
        <w:t>706 2nd Avenue North</w:t>
      </w:r>
      <w:r>
        <w:tab/>
      </w:r>
      <w:r>
        <w:rPr>
          <w:sz w:val="18"/>
        </w:rPr>
        <w:t>1680 19th Place SW</w:t>
      </w:r>
    </w:p>
    <w:p w14:paraId="5F9DB0AB" w14:textId="77777777" w:rsidR="00F96F05" w:rsidRDefault="00000000">
      <w:pPr>
        <w:keepNext/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Bessemer, AL 35020</w:t>
      </w:r>
      <w:r>
        <w:tab/>
      </w:r>
      <w:r>
        <w:rPr>
          <w:sz w:val="18"/>
        </w:rPr>
        <w:t>Birmingham, AL 35203</w:t>
      </w:r>
      <w:r>
        <w:tab/>
      </w:r>
      <w:r>
        <w:rPr>
          <w:sz w:val="18"/>
        </w:rPr>
        <w:t>Birmingham, AL 35211</w:t>
      </w:r>
    </w:p>
    <w:p w14:paraId="3F8F7AF8" w14:textId="77777777" w:rsidR="00F96F05" w:rsidRDefault="00000000">
      <w:pPr>
        <w:tabs>
          <w:tab w:val="center" w:pos="1728"/>
          <w:tab w:val="center" w:pos="5184"/>
          <w:tab w:val="center" w:pos="8640"/>
        </w:tabs>
        <w:spacing w:line="200" w:lineRule="exact"/>
      </w:pPr>
      <w:r>
        <w:tab/>
      </w:r>
      <w:r>
        <w:rPr>
          <w:sz w:val="18"/>
        </w:rPr>
        <w:t>205-424-7651</w:t>
      </w:r>
      <w:r>
        <w:tab/>
      </w:r>
      <w:r>
        <w:rPr>
          <w:sz w:val="18"/>
        </w:rPr>
        <w:t>205-252-6517</w:t>
      </w:r>
      <w:r>
        <w:tab/>
      </w:r>
      <w:r>
        <w:rPr>
          <w:sz w:val="18"/>
        </w:rPr>
        <w:t>205-923-5347</w:t>
      </w:r>
    </w:p>
    <w:p w14:paraId="7E6D56AE" w14:textId="77777777" w:rsidR="00F96F05" w:rsidRDefault="00F96F05">
      <w:pPr>
        <w:spacing w:line="211" w:lineRule="exact"/>
      </w:pPr>
    </w:p>
    <w:p w14:paraId="43A34234" w14:textId="77777777" w:rsidR="00F96F05" w:rsidRDefault="00F96F05">
      <w:pPr>
        <w:spacing w:line="211" w:lineRule="exact"/>
      </w:pPr>
    </w:p>
    <w:p w14:paraId="692F9B6E" w14:textId="77777777" w:rsidR="00F96F05" w:rsidRDefault="00000000">
      <w:pPr>
        <w:keepNext/>
        <w:spacing w:line="220" w:lineRule="exact"/>
        <w:jc w:val="center"/>
      </w:pPr>
      <w:r>
        <w:rPr>
          <w:b/>
          <w:sz w:val="20"/>
        </w:rPr>
        <w:t>Emanuel Foster</w:t>
      </w:r>
    </w:p>
    <w:p w14:paraId="626AC34B" w14:textId="77777777" w:rsidR="00F96F05" w:rsidRDefault="00000000">
      <w:pPr>
        <w:keepNext/>
        <w:spacing w:line="200" w:lineRule="exact"/>
        <w:jc w:val="center"/>
      </w:pPr>
      <w:r>
        <w:rPr>
          <w:color w:val="593777"/>
          <w:sz w:val="16"/>
        </w:rPr>
        <w:t>emanuelfoster@jcdmba.org</w:t>
      </w:r>
    </w:p>
    <w:p w14:paraId="34D30983" w14:textId="77777777" w:rsidR="00F96F05" w:rsidRDefault="00000000">
      <w:pPr>
        <w:keepNext/>
        <w:spacing w:line="200" w:lineRule="exact"/>
        <w:jc w:val="center"/>
      </w:pPr>
      <w:r>
        <w:rPr>
          <w:i/>
          <w:sz w:val="18"/>
        </w:rPr>
        <w:t>Zion Hill MBC</w:t>
      </w:r>
    </w:p>
    <w:p w14:paraId="1F20A455" w14:textId="77777777" w:rsidR="00F96F05" w:rsidRDefault="00000000">
      <w:pPr>
        <w:keepNext/>
        <w:spacing w:line="200" w:lineRule="exact"/>
        <w:jc w:val="center"/>
      </w:pPr>
      <w:r>
        <w:rPr>
          <w:sz w:val="18"/>
        </w:rPr>
        <w:t>701 22nd Street South</w:t>
      </w:r>
    </w:p>
    <w:p w14:paraId="424D1E21" w14:textId="77777777" w:rsidR="00F96F05" w:rsidRDefault="00000000">
      <w:pPr>
        <w:keepNext/>
        <w:spacing w:line="200" w:lineRule="exact"/>
        <w:jc w:val="center"/>
      </w:pPr>
      <w:r>
        <w:rPr>
          <w:sz w:val="18"/>
        </w:rPr>
        <w:t>Bessemer, AL 35020</w:t>
      </w:r>
    </w:p>
    <w:p w14:paraId="2389BC3F" w14:textId="77777777" w:rsidR="00F96F05" w:rsidRDefault="00000000">
      <w:pPr>
        <w:spacing w:line="200" w:lineRule="exact"/>
        <w:jc w:val="center"/>
      </w:pPr>
      <w:r>
        <w:rPr>
          <w:sz w:val="18"/>
        </w:rPr>
        <w:t>205-425-9304</w:t>
      </w:r>
    </w:p>
    <w:p w14:paraId="760771B5" w14:textId="77777777" w:rsidR="00F96F05" w:rsidRDefault="00F96F05">
      <w:pPr>
        <w:spacing w:line="211" w:lineRule="exact"/>
      </w:pPr>
    </w:p>
    <w:p w14:paraId="16A22F22" w14:textId="77777777" w:rsidR="00F96F05" w:rsidRDefault="00F96F05">
      <w:pPr>
        <w:spacing w:line="20" w:lineRule="exact"/>
      </w:pPr>
    </w:p>
    <w:sectPr w:rsidR="00F96F05" w:rsidSect="004A0308">
      <w:pgSz w:w="12240" w:h="15840"/>
      <w:pgMar w:top="864" w:right="936" w:bottom="864" w:left="936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46823" w14:textId="77777777" w:rsidR="00427A9A" w:rsidRDefault="00427A9A">
      <w:pPr>
        <w:spacing w:line="240" w:lineRule="auto"/>
      </w:pPr>
      <w:r>
        <w:separator/>
      </w:r>
    </w:p>
  </w:endnote>
  <w:endnote w:type="continuationSeparator" w:id="0">
    <w:p w14:paraId="4E79D392" w14:textId="77777777" w:rsidR="00427A9A" w:rsidRDefault="00427A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2E594" w14:textId="77777777" w:rsidR="00427A9A" w:rsidRDefault="00427A9A">
      <w:pPr>
        <w:spacing w:line="240" w:lineRule="auto"/>
      </w:pPr>
      <w:r>
        <w:separator/>
      </w:r>
    </w:p>
  </w:footnote>
  <w:footnote w:type="continuationSeparator" w:id="0">
    <w:p w14:paraId="3E12681F" w14:textId="77777777" w:rsidR="00427A9A" w:rsidRDefault="00427A9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5283002">
    <w:abstractNumId w:val="8"/>
  </w:num>
  <w:num w:numId="2" w16cid:durableId="8141955">
    <w:abstractNumId w:val="6"/>
  </w:num>
  <w:num w:numId="3" w16cid:durableId="1803888718">
    <w:abstractNumId w:val="5"/>
  </w:num>
  <w:num w:numId="4" w16cid:durableId="993291450">
    <w:abstractNumId w:val="4"/>
  </w:num>
  <w:num w:numId="5" w16cid:durableId="729619275">
    <w:abstractNumId w:val="7"/>
  </w:num>
  <w:num w:numId="6" w16cid:durableId="1409351812">
    <w:abstractNumId w:val="3"/>
  </w:num>
  <w:num w:numId="7" w16cid:durableId="430976650">
    <w:abstractNumId w:val="2"/>
  </w:num>
  <w:num w:numId="8" w16cid:durableId="81489019">
    <w:abstractNumId w:val="1"/>
  </w:num>
  <w:num w:numId="9" w16cid:durableId="209732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27A9A"/>
    <w:rsid w:val="004A0308"/>
    <w:rsid w:val="00AA1D8D"/>
    <w:rsid w:val="00B47730"/>
    <w:rsid w:val="00C229B1"/>
    <w:rsid w:val="00CB0664"/>
    <w:rsid w:val="00F96F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EBAECE"/>
  <w14:defaultImageDpi w14:val="300"/>
  <w15:docId w15:val="{E7F18D45-A136-4953-BB73-E53004597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Lines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Lines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Lines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Lines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Lines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Lines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JCDMBA Pastors</dc:title>
  <dc:subject/>
  <dc:creator>Jefferson County District Missionary Baptist Association</dc:creator>
  <cp:keywords/>
  <dc:description>generated by python-docx</dc:description>
  <cp:lastModifiedBy>Pastor Home</cp:lastModifiedBy>
  <cp:revision>2</cp:revision>
  <dcterms:created xsi:type="dcterms:W3CDTF">2026-10-13T19:05:00Z</dcterms:created>
  <dcterms:modified xsi:type="dcterms:W3CDTF">2026-10-13T19:05:00Z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182c27e56b386ddb47380824a59e7f7e594984a313ace4db83f88b3e871734a8</vt:lpwstr>
  </property>
</Properties>
</file>